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1D25" w:rsidRDefault="00000000" w:rsidP="008370B1">
      <w:pPr>
        <w:jc w:val="center"/>
      </w:pPr>
      <w:proofErr w:type="spellStart"/>
      <w:r>
        <w:rPr>
          <w:b/>
          <w:sz w:val="26"/>
        </w:rPr>
        <w:t>Sapperton</w:t>
      </w:r>
      <w:proofErr w:type="spellEnd"/>
      <w:r>
        <w:rPr>
          <w:b/>
          <w:sz w:val="26"/>
        </w:rPr>
        <w:t xml:space="preserve"> Parish Council</w:t>
      </w:r>
      <w:r w:rsidR="005E15DB">
        <w:rPr>
          <w:b/>
          <w:sz w:val="26"/>
        </w:rPr>
        <w:br/>
        <w:t xml:space="preserve">(covering Frampton Mansell and </w:t>
      </w:r>
      <w:proofErr w:type="spellStart"/>
      <w:r w:rsidR="005E15DB">
        <w:rPr>
          <w:b/>
          <w:sz w:val="26"/>
        </w:rPr>
        <w:t>Sapperton</w:t>
      </w:r>
      <w:proofErr w:type="spellEnd"/>
      <w:r w:rsidR="005E15DB">
        <w:rPr>
          <w:b/>
          <w:sz w:val="26"/>
        </w:rPr>
        <w:t xml:space="preserve"> Parish)</w:t>
      </w:r>
      <w:r w:rsidR="008370B1">
        <w:br/>
      </w:r>
      <w:r>
        <w:rPr>
          <w:b/>
          <w:sz w:val="24"/>
        </w:rPr>
        <w:t>DRAFT MINUTES OF THE MEETING</w:t>
      </w:r>
    </w:p>
    <w:p w:rsidR="00591D25" w:rsidRDefault="00000000">
      <w:pPr>
        <w:jc w:val="center"/>
      </w:pPr>
      <w:r>
        <w:rPr>
          <w:b/>
          <w:sz w:val="21"/>
        </w:rPr>
        <w:t xml:space="preserve">Held on Tuesday </w:t>
      </w:r>
      <w:r w:rsidR="00D33FC7">
        <w:rPr>
          <w:b/>
          <w:sz w:val="21"/>
        </w:rPr>
        <w:t>29 Sept</w:t>
      </w:r>
      <w:r w:rsidR="005E15DB">
        <w:rPr>
          <w:b/>
          <w:sz w:val="21"/>
        </w:rPr>
        <w:t>em</w:t>
      </w:r>
      <w:r w:rsidR="00D33FC7">
        <w:rPr>
          <w:b/>
          <w:sz w:val="21"/>
        </w:rPr>
        <w:t>ber</w:t>
      </w:r>
      <w:r>
        <w:rPr>
          <w:b/>
          <w:sz w:val="21"/>
        </w:rPr>
        <w:t xml:space="preserve"> 2026 at 7.00pm in </w:t>
      </w:r>
      <w:proofErr w:type="spellStart"/>
      <w:r w:rsidR="005E15DB">
        <w:rPr>
          <w:b/>
          <w:sz w:val="21"/>
        </w:rPr>
        <w:t>Sapperton</w:t>
      </w:r>
      <w:proofErr w:type="spellEnd"/>
      <w:r>
        <w:rPr>
          <w:b/>
          <w:sz w:val="21"/>
        </w:rPr>
        <w:t xml:space="preserve"> Village Hall</w:t>
      </w:r>
    </w:p>
    <w:tbl>
      <w:tblPr>
        <w:tblStyle w:val="TableGrid"/>
        <w:tblW w:w="0" w:type="auto"/>
        <w:jc w:val="center"/>
        <w:tblLook w:val="04A0" w:firstRow="1" w:lastRow="0" w:firstColumn="1" w:lastColumn="0" w:noHBand="0" w:noVBand="1"/>
      </w:tblPr>
      <w:tblGrid>
        <w:gridCol w:w="1700"/>
        <w:gridCol w:w="8000"/>
      </w:tblGrid>
      <w:tr w:rsidR="00591D25">
        <w:trPr>
          <w:jc w:val="center"/>
        </w:trPr>
        <w:tc>
          <w:tcPr>
            <w:tcW w:w="1700" w:type="dxa"/>
            <w:shd w:val="clear" w:color="auto" w:fill="E7EEF8"/>
            <w:tcMar>
              <w:top w:w="80" w:type="dxa"/>
              <w:left w:w="90" w:type="dxa"/>
              <w:bottom w:w="80" w:type="dxa"/>
              <w:right w:w="90" w:type="dxa"/>
            </w:tcMar>
            <w:vAlign w:val="center"/>
          </w:tcPr>
          <w:p w:rsidR="00591D25" w:rsidRDefault="00000000">
            <w:pPr>
              <w:spacing w:line="252" w:lineRule="auto"/>
            </w:pPr>
            <w:r>
              <w:rPr>
                <w:b/>
              </w:rPr>
              <w:t>Present</w:t>
            </w:r>
          </w:p>
        </w:tc>
        <w:tc>
          <w:tcPr>
            <w:tcW w:w="8000" w:type="dxa"/>
            <w:tcMar>
              <w:top w:w="80" w:type="dxa"/>
              <w:left w:w="90" w:type="dxa"/>
              <w:bottom w:w="80" w:type="dxa"/>
              <w:right w:w="90" w:type="dxa"/>
            </w:tcMar>
            <w:vAlign w:val="center"/>
          </w:tcPr>
          <w:p w:rsidR="00591D25" w:rsidRDefault="005E15DB">
            <w:pPr>
              <w:spacing w:line="252" w:lineRule="auto"/>
            </w:pPr>
            <w:proofErr w:type="spellStart"/>
            <w:r>
              <w:t>Councillor</w:t>
            </w:r>
            <w:proofErr w:type="spellEnd"/>
            <w:r>
              <w:t xml:space="preserve"> Sarah Osborn</w:t>
            </w:r>
            <w:r w:rsidR="009E187B">
              <w:t>-</w:t>
            </w:r>
            <w:r>
              <w:t xml:space="preserve">Smith </w:t>
            </w:r>
            <w:r>
              <w:br/>
            </w:r>
            <w:proofErr w:type="spellStart"/>
            <w:r>
              <w:t>Councillor</w:t>
            </w:r>
            <w:proofErr w:type="spellEnd"/>
            <w:r>
              <w:t xml:space="preserve"> Mike Cameron</w:t>
            </w:r>
            <w:r w:rsidR="009E187B">
              <w:t>-Davies</w:t>
            </w:r>
            <w:r>
              <w:br/>
            </w:r>
            <w:proofErr w:type="spellStart"/>
            <w:r>
              <w:t>Councillor</w:t>
            </w:r>
            <w:proofErr w:type="spellEnd"/>
            <w:r>
              <w:t xml:space="preserve"> Charlie Patch</w:t>
            </w:r>
            <w:r>
              <w:br/>
            </w:r>
            <w:proofErr w:type="spellStart"/>
            <w:r>
              <w:t>Councillor</w:t>
            </w:r>
            <w:proofErr w:type="spellEnd"/>
            <w:r>
              <w:t xml:space="preserve"> Sara Taylor</w:t>
            </w:r>
            <w:r>
              <w:br/>
              <w:t>Emma Kerr Muir – Parish Clerk</w:t>
            </w:r>
          </w:p>
        </w:tc>
      </w:tr>
      <w:tr w:rsidR="00591D25">
        <w:trPr>
          <w:jc w:val="center"/>
        </w:trPr>
        <w:tc>
          <w:tcPr>
            <w:tcW w:w="1700" w:type="dxa"/>
            <w:shd w:val="clear" w:color="auto" w:fill="E7EEF8"/>
            <w:tcMar>
              <w:top w:w="80" w:type="dxa"/>
              <w:left w:w="90" w:type="dxa"/>
              <w:bottom w:w="80" w:type="dxa"/>
              <w:right w:w="90" w:type="dxa"/>
            </w:tcMar>
            <w:vAlign w:val="center"/>
          </w:tcPr>
          <w:p w:rsidR="00591D25" w:rsidRDefault="00000000">
            <w:pPr>
              <w:spacing w:line="252" w:lineRule="auto"/>
            </w:pPr>
            <w:r>
              <w:rPr>
                <w:b/>
              </w:rPr>
              <w:t>Apologies</w:t>
            </w:r>
          </w:p>
        </w:tc>
        <w:tc>
          <w:tcPr>
            <w:tcW w:w="8000" w:type="dxa"/>
            <w:tcMar>
              <w:top w:w="80" w:type="dxa"/>
              <w:left w:w="90" w:type="dxa"/>
              <w:bottom w:w="80" w:type="dxa"/>
              <w:right w:w="90" w:type="dxa"/>
            </w:tcMar>
            <w:vAlign w:val="center"/>
          </w:tcPr>
          <w:p w:rsidR="00591D25" w:rsidRDefault="005E15DB">
            <w:pPr>
              <w:spacing w:line="252" w:lineRule="auto"/>
            </w:pPr>
            <w:proofErr w:type="spellStart"/>
            <w:r>
              <w:t>Councillor</w:t>
            </w:r>
            <w:proofErr w:type="spellEnd"/>
            <w:r>
              <w:t xml:space="preserve"> Alex Allen</w:t>
            </w:r>
          </w:p>
          <w:p w:rsidR="00AC6913" w:rsidRDefault="00AC6913">
            <w:pPr>
              <w:spacing w:line="252" w:lineRule="auto"/>
            </w:pPr>
            <w:proofErr w:type="spellStart"/>
            <w:r>
              <w:t>Councillor</w:t>
            </w:r>
            <w:proofErr w:type="spellEnd"/>
            <w:r>
              <w:t xml:space="preserve"> Caroline Tiley</w:t>
            </w:r>
          </w:p>
        </w:tc>
      </w:tr>
    </w:tbl>
    <w:p w:rsidR="00591D25" w:rsidRDefault="00591D25"/>
    <w:tbl>
      <w:tblPr>
        <w:tblStyle w:val="TableGrid"/>
        <w:tblW w:w="0" w:type="auto"/>
        <w:jc w:val="center"/>
        <w:tblLook w:val="04A0" w:firstRow="1" w:lastRow="0" w:firstColumn="1" w:lastColumn="0" w:noHBand="0" w:noVBand="1"/>
      </w:tblPr>
      <w:tblGrid>
        <w:gridCol w:w="1204"/>
        <w:gridCol w:w="7386"/>
        <w:gridCol w:w="2056"/>
      </w:tblGrid>
      <w:tr w:rsidR="00591D25" w:rsidTr="007C5E03">
        <w:trPr>
          <w:jc w:val="center"/>
        </w:trPr>
        <w:tc>
          <w:tcPr>
            <w:tcW w:w="562" w:type="dxa"/>
            <w:shd w:val="clear" w:color="auto" w:fill="1F4E79"/>
            <w:tcMar>
              <w:top w:w="100" w:type="dxa"/>
              <w:left w:w="100" w:type="dxa"/>
              <w:bottom w:w="100" w:type="dxa"/>
              <w:right w:w="100" w:type="dxa"/>
            </w:tcMar>
          </w:tcPr>
          <w:p w:rsidR="00591D25" w:rsidRDefault="00000000">
            <w:pPr>
              <w:jc w:val="center"/>
            </w:pPr>
            <w:r>
              <w:rPr>
                <w:b/>
                <w:color w:val="FFFFFF"/>
                <w:sz w:val="18"/>
              </w:rPr>
              <w:t>Item</w:t>
            </w:r>
          </w:p>
        </w:tc>
        <w:tc>
          <w:tcPr>
            <w:tcW w:w="7592" w:type="dxa"/>
            <w:shd w:val="clear" w:color="auto" w:fill="1F4E79"/>
            <w:tcMar>
              <w:top w:w="100" w:type="dxa"/>
              <w:left w:w="100" w:type="dxa"/>
              <w:bottom w:w="100" w:type="dxa"/>
              <w:right w:w="100" w:type="dxa"/>
            </w:tcMar>
          </w:tcPr>
          <w:p w:rsidR="00591D25" w:rsidRDefault="00000000">
            <w:pPr>
              <w:jc w:val="center"/>
            </w:pPr>
            <w:r>
              <w:rPr>
                <w:b/>
                <w:color w:val="FFFFFF"/>
                <w:sz w:val="18"/>
              </w:rPr>
              <w:t>Minute</w:t>
            </w:r>
          </w:p>
        </w:tc>
        <w:tc>
          <w:tcPr>
            <w:tcW w:w="2100" w:type="dxa"/>
            <w:shd w:val="clear" w:color="auto" w:fill="1F4E79"/>
            <w:tcMar>
              <w:top w:w="100" w:type="dxa"/>
              <w:left w:w="100" w:type="dxa"/>
              <w:bottom w:w="100" w:type="dxa"/>
              <w:right w:w="100" w:type="dxa"/>
            </w:tcMar>
          </w:tcPr>
          <w:p w:rsidR="00591D25" w:rsidRDefault="00000000">
            <w:pPr>
              <w:jc w:val="center"/>
            </w:pPr>
            <w:r>
              <w:rPr>
                <w:b/>
                <w:color w:val="FFFFFF"/>
                <w:sz w:val="18"/>
              </w:rPr>
              <w:t>Actions / follow-up</w:t>
            </w:r>
          </w:p>
        </w:tc>
      </w:tr>
      <w:tr w:rsidR="00591D25" w:rsidTr="007C5E03">
        <w:trPr>
          <w:jc w:val="center"/>
        </w:trPr>
        <w:tc>
          <w:tcPr>
            <w:tcW w:w="562" w:type="dxa"/>
            <w:tcMar>
              <w:top w:w="100" w:type="dxa"/>
              <w:left w:w="100" w:type="dxa"/>
              <w:bottom w:w="100" w:type="dxa"/>
              <w:right w:w="100" w:type="dxa"/>
            </w:tcMar>
          </w:tcPr>
          <w:p w:rsidR="00591D25" w:rsidRDefault="005E15DB">
            <w:pPr>
              <w:jc w:val="center"/>
            </w:pPr>
            <w:r>
              <w:t>26.09.29.01</w:t>
            </w:r>
          </w:p>
        </w:tc>
        <w:tc>
          <w:tcPr>
            <w:tcW w:w="7592" w:type="dxa"/>
            <w:tcMar>
              <w:top w:w="100" w:type="dxa"/>
              <w:left w:w="100" w:type="dxa"/>
              <w:bottom w:w="100" w:type="dxa"/>
              <w:right w:w="100" w:type="dxa"/>
            </w:tcMar>
          </w:tcPr>
          <w:p w:rsidR="00591D25" w:rsidRDefault="00000000">
            <w:pPr>
              <w:spacing w:after="40"/>
            </w:pPr>
            <w:r>
              <w:rPr>
                <w:b/>
              </w:rPr>
              <w:t>Attendees and acceptance of apologies</w:t>
            </w:r>
          </w:p>
          <w:p w:rsidR="00591D25" w:rsidRDefault="005E15DB" w:rsidP="005E15DB">
            <w:pPr>
              <w:spacing w:after="60"/>
              <w:ind w:left="173" w:hanging="173"/>
            </w:pPr>
            <w:r>
              <w:t xml:space="preserve">Attendees as listed above.  </w:t>
            </w:r>
            <w:proofErr w:type="spellStart"/>
            <w:r>
              <w:t>Councillor</w:t>
            </w:r>
            <w:proofErr w:type="spellEnd"/>
            <w:r>
              <w:t xml:space="preserve"> Alex Allen and </w:t>
            </w:r>
            <w:proofErr w:type="spellStart"/>
            <w:r>
              <w:t>Councillor</w:t>
            </w:r>
            <w:proofErr w:type="spellEnd"/>
            <w:r>
              <w:t xml:space="preserve"> Caroline Tiley sent apologies as had previous engagements.</w:t>
            </w:r>
          </w:p>
        </w:tc>
        <w:tc>
          <w:tcPr>
            <w:tcW w:w="2100" w:type="dxa"/>
            <w:tcMar>
              <w:top w:w="100" w:type="dxa"/>
              <w:left w:w="100" w:type="dxa"/>
              <w:bottom w:w="100" w:type="dxa"/>
              <w:right w:w="100" w:type="dxa"/>
            </w:tcMar>
          </w:tcPr>
          <w:p w:rsidR="00591D25" w:rsidRDefault="00000000">
            <w:r>
              <w:t>None recorded.</w:t>
            </w:r>
          </w:p>
        </w:tc>
      </w:tr>
      <w:tr w:rsidR="00591D25" w:rsidTr="007C5E03">
        <w:trPr>
          <w:jc w:val="center"/>
        </w:trPr>
        <w:tc>
          <w:tcPr>
            <w:tcW w:w="562" w:type="dxa"/>
            <w:tcMar>
              <w:top w:w="100" w:type="dxa"/>
              <w:left w:w="100" w:type="dxa"/>
              <w:bottom w:w="100" w:type="dxa"/>
              <w:right w:w="100" w:type="dxa"/>
            </w:tcMar>
          </w:tcPr>
          <w:p w:rsidR="00591D25" w:rsidRDefault="005E15DB">
            <w:pPr>
              <w:jc w:val="center"/>
            </w:pPr>
            <w:r>
              <w:t>26.09.29.02</w:t>
            </w:r>
          </w:p>
        </w:tc>
        <w:tc>
          <w:tcPr>
            <w:tcW w:w="7592" w:type="dxa"/>
            <w:tcMar>
              <w:top w:w="100" w:type="dxa"/>
              <w:left w:w="100" w:type="dxa"/>
              <w:bottom w:w="100" w:type="dxa"/>
              <w:right w:w="100" w:type="dxa"/>
            </w:tcMar>
          </w:tcPr>
          <w:p w:rsidR="00591D25" w:rsidRDefault="005E15DB">
            <w:pPr>
              <w:spacing w:after="40"/>
            </w:pPr>
            <w:r>
              <w:rPr>
                <w:b/>
              </w:rPr>
              <w:t>Public Session</w:t>
            </w:r>
          </w:p>
          <w:p w:rsidR="00591D25" w:rsidRDefault="005E15DB">
            <w:pPr>
              <w:spacing w:after="60"/>
              <w:ind w:left="173" w:hanging="173"/>
            </w:pPr>
            <w:r>
              <w:t>No public were present at the meeting.</w:t>
            </w:r>
          </w:p>
        </w:tc>
        <w:tc>
          <w:tcPr>
            <w:tcW w:w="2100" w:type="dxa"/>
            <w:tcMar>
              <w:top w:w="100" w:type="dxa"/>
              <w:left w:w="100" w:type="dxa"/>
              <w:bottom w:w="100" w:type="dxa"/>
              <w:right w:w="100" w:type="dxa"/>
            </w:tcMar>
          </w:tcPr>
          <w:p w:rsidR="00591D25" w:rsidRDefault="00000000">
            <w:r>
              <w:t>None recorded.</w:t>
            </w:r>
          </w:p>
        </w:tc>
      </w:tr>
      <w:tr w:rsidR="00591D25" w:rsidTr="007C5E03">
        <w:trPr>
          <w:jc w:val="center"/>
        </w:trPr>
        <w:tc>
          <w:tcPr>
            <w:tcW w:w="562" w:type="dxa"/>
            <w:tcMar>
              <w:top w:w="100" w:type="dxa"/>
              <w:left w:w="100" w:type="dxa"/>
              <w:bottom w:w="100" w:type="dxa"/>
              <w:right w:w="100" w:type="dxa"/>
            </w:tcMar>
          </w:tcPr>
          <w:p w:rsidR="00591D25" w:rsidRDefault="005E15DB">
            <w:pPr>
              <w:jc w:val="center"/>
            </w:pPr>
            <w:r>
              <w:t>26.09.29.03</w:t>
            </w:r>
          </w:p>
        </w:tc>
        <w:tc>
          <w:tcPr>
            <w:tcW w:w="7592" w:type="dxa"/>
            <w:tcMar>
              <w:top w:w="100" w:type="dxa"/>
              <w:left w:w="100" w:type="dxa"/>
              <w:bottom w:w="100" w:type="dxa"/>
              <w:right w:w="100" w:type="dxa"/>
            </w:tcMar>
          </w:tcPr>
          <w:p w:rsidR="005E15DB" w:rsidRDefault="005E15DB">
            <w:pPr>
              <w:spacing w:after="40"/>
              <w:rPr>
                <w:b/>
                <w:bCs/>
              </w:rPr>
            </w:pPr>
            <w:r w:rsidRPr="005E15DB">
              <w:rPr>
                <w:b/>
                <w:bCs/>
              </w:rPr>
              <w:t>Declaration of Interest</w:t>
            </w:r>
          </w:p>
          <w:p w:rsidR="005E15DB" w:rsidRDefault="005E15DB" w:rsidP="00756276">
            <w:pPr>
              <w:pStyle w:val="ListParagraph"/>
              <w:numPr>
                <w:ilvl w:val="0"/>
                <w:numId w:val="10"/>
              </w:numPr>
              <w:spacing w:after="60"/>
            </w:pPr>
            <w:r>
              <w:t>There were no declarations of interest announced</w:t>
            </w:r>
          </w:p>
          <w:p w:rsidR="005E15DB" w:rsidRPr="00756276" w:rsidRDefault="005E15DB" w:rsidP="00756276">
            <w:pPr>
              <w:pStyle w:val="ListParagraph"/>
              <w:numPr>
                <w:ilvl w:val="0"/>
                <w:numId w:val="10"/>
              </w:numPr>
              <w:spacing w:after="60"/>
              <w:rPr>
                <w:b/>
              </w:rPr>
            </w:pPr>
            <w:r>
              <w:t>Sarah Taylor and Sarah Osborn Smith note</w:t>
            </w:r>
            <w:r w:rsidR="00756276">
              <w:t xml:space="preserve">d for the record that they are Trustees of </w:t>
            </w:r>
            <w:proofErr w:type="spellStart"/>
            <w:r w:rsidR="00756276">
              <w:t>Sapperton</w:t>
            </w:r>
            <w:proofErr w:type="spellEnd"/>
            <w:r w:rsidR="00756276">
              <w:t xml:space="preserve"> Village Hall and Mike Cameron Smith is the Parish Council rep on the </w:t>
            </w:r>
            <w:proofErr w:type="gramStart"/>
            <w:r w:rsidR="00756276">
              <w:t>Frampton Mansell Village hall</w:t>
            </w:r>
            <w:proofErr w:type="gramEnd"/>
            <w:r w:rsidR="00756276">
              <w:t xml:space="preserve"> committee</w:t>
            </w:r>
          </w:p>
        </w:tc>
        <w:tc>
          <w:tcPr>
            <w:tcW w:w="2100" w:type="dxa"/>
            <w:tcMar>
              <w:top w:w="100" w:type="dxa"/>
              <w:left w:w="100" w:type="dxa"/>
              <w:bottom w:w="100" w:type="dxa"/>
              <w:right w:w="100" w:type="dxa"/>
            </w:tcMar>
          </w:tcPr>
          <w:p w:rsidR="00591D25" w:rsidRDefault="00756276">
            <w:r>
              <w:t>None recorded</w:t>
            </w:r>
          </w:p>
        </w:tc>
      </w:tr>
      <w:tr w:rsidR="00591D25" w:rsidTr="007C5E03">
        <w:trPr>
          <w:jc w:val="center"/>
        </w:trPr>
        <w:tc>
          <w:tcPr>
            <w:tcW w:w="562" w:type="dxa"/>
            <w:tcMar>
              <w:top w:w="100" w:type="dxa"/>
              <w:left w:w="100" w:type="dxa"/>
              <w:bottom w:w="100" w:type="dxa"/>
              <w:right w:w="100" w:type="dxa"/>
            </w:tcMar>
          </w:tcPr>
          <w:p w:rsidR="00591D25" w:rsidRDefault="00756276">
            <w:pPr>
              <w:jc w:val="center"/>
            </w:pPr>
            <w:r>
              <w:t>26.09.29.04</w:t>
            </w:r>
          </w:p>
        </w:tc>
        <w:tc>
          <w:tcPr>
            <w:tcW w:w="7592" w:type="dxa"/>
            <w:tcMar>
              <w:top w:w="100" w:type="dxa"/>
              <w:left w:w="100" w:type="dxa"/>
              <w:bottom w:w="100" w:type="dxa"/>
              <w:right w:w="100" w:type="dxa"/>
            </w:tcMar>
          </w:tcPr>
          <w:p w:rsidR="00591D25" w:rsidRDefault="00756276">
            <w:pPr>
              <w:spacing w:after="40"/>
            </w:pPr>
            <w:r>
              <w:rPr>
                <w:b/>
              </w:rPr>
              <w:t>Approval of Assets Register 2025-2026</w:t>
            </w:r>
          </w:p>
          <w:p w:rsidR="00591D25" w:rsidRDefault="00756276" w:rsidP="00756276">
            <w:pPr>
              <w:pStyle w:val="ListParagraph"/>
              <w:numPr>
                <w:ilvl w:val="0"/>
                <w:numId w:val="11"/>
              </w:numPr>
              <w:spacing w:after="60"/>
            </w:pPr>
            <w:r>
              <w:t>It was noted that last year (2024-2025) the assets had been undervalued at £6,000 so this had been updated during 2025-2026, and will be updated again during 2026-2027</w:t>
            </w:r>
          </w:p>
          <w:p w:rsidR="00756276" w:rsidRDefault="00756276" w:rsidP="00756276">
            <w:pPr>
              <w:pStyle w:val="ListParagraph"/>
              <w:numPr>
                <w:ilvl w:val="0"/>
                <w:numId w:val="11"/>
              </w:numPr>
              <w:spacing w:after="60"/>
            </w:pPr>
            <w:r>
              <w:t xml:space="preserve">Asset Register as provided to the auditor was signed off by 2 </w:t>
            </w:r>
            <w:proofErr w:type="spellStart"/>
            <w:r>
              <w:t>councillors</w:t>
            </w:r>
            <w:proofErr w:type="spellEnd"/>
          </w:p>
          <w:p w:rsidR="00756276" w:rsidRDefault="00756276" w:rsidP="00756276">
            <w:pPr>
              <w:pStyle w:val="ListParagraph"/>
              <w:numPr>
                <w:ilvl w:val="0"/>
                <w:numId w:val="11"/>
              </w:numPr>
              <w:spacing w:after="60"/>
            </w:pPr>
            <w:r>
              <w:t>Mike Cameron</w:t>
            </w:r>
            <w:r w:rsidR="009E187B">
              <w:t>-Davies</w:t>
            </w:r>
            <w:r>
              <w:t xml:space="preserve"> to check whether the value on the asset register should be full price for replacement or a lower value</w:t>
            </w:r>
          </w:p>
        </w:tc>
        <w:tc>
          <w:tcPr>
            <w:tcW w:w="2100" w:type="dxa"/>
            <w:tcMar>
              <w:top w:w="100" w:type="dxa"/>
              <w:left w:w="100" w:type="dxa"/>
              <w:bottom w:w="100" w:type="dxa"/>
              <w:right w:w="100" w:type="dxa"/>
            </w:tcMar>
          </w:tcPr>
          <w:p w:rsidR="00591D25" w:rsidRDefault="00756276">
            <w:r>
              <w:t>MCD to check with insurer</w:t>
            </w:r>
          </w:p>
        </w:tc>
      </w:tr>
      <w:tr w:rsidR="00591D25" w:rsidTr="007C5E03">
        <w:trPr>
          <w:jc w:val="center"/>
        </w:trPr>
        <w:tc>
          <w:tcPr>
            <w:tcW w:w="562" w:type="dxa"/>
            <w:tcMar>
              <w:top w:w="100" w:type="dxa"/>
              <w:left w:w="100" w:type="dxa"/>
              <w:bottom w:w="100" w:type="dxa"/>
              <w:right w:w="100" w:type="dxa"/>
            </w:tcMar>
          </w:tcPr>
          <w:p w:rsidR="00591D25" w:rsidRDefault="00756276">
            <w:pPr>
              <w:jc w:val="center"/>
            </w:pPr>
            <w:r>
              <w:t>26.09.29.05</w:t>
            </w:r>
          </w:p>
        </w:tc>
        <w:tc>
          <w:tcPr>
            <w:tcW w:w="7592" w:type="dxa"/>
            <w:tcMar>
              <w:top w:w="100" w:type="dxa"/>
              <w:left w:w="100" w:type="dxa"/>
              <w:bottom w:w="100" w:type="dxa"/>
              <w:right w:w="100" w:type="dxa"/>
            </w:tcMar>
          </w:tcPr>
          <w:p w:rsidR="00591D25" w:rsidRDefault="00756276">
            <w:pPr>
              <w:spacing w:after="40"/>
            </w:pPr>
            <w:r>
              <w:rPr>
                <w:b/>
              </w:rPr>
              <w:t>Approve Annual Audit and Bank Reconciliation - Year End 31 March 2026</w:t>
            </w:r>
          </w:p>
          <w:p w:rsidR="00591D25" w:rsidRDefault="00756276" w:rsidP="00756276">
            <w:pPr>
              <w:pStyle w:val="ListParagraph"/>
              <w:numPr>
                <w:ilvl w:val="0"/>
                <w:numId w:val="12"/>
              </w:numPr>
              <w:spacing w:after="60"/>
            </w:pPr>
            <w:r>
              <w:t xml:space="preserve">Bank Reconciliation and Accounts submitted to auditor, as circulated prior to the meeting were signed off the 2 </w:t>
            </w:r>
            <w:proofErr w:type="spellStart"/>
            <w:r>
              <w:t>councillors</w:t>
            </w:r>
            <w:proofErr w:type="spellEnd"/>
          </w:p>
          <w:p w:rsidR="00756276" w:rsidRPr="00756276" w:rsidRDefault="00756276" w:rsidP="00756276">
            <w:pPr>
              <w:pStyle w:val="ListParagraph"/>
              <w:numPr>
                <w:ilvl w:val="0"/>
                <w:numId w:val="12"/>
              </w:numPr>
              <w:spacing w:after="60"/>
            </w:pPr>
            <w:r>
              <w:t>It was noted that the auditor Amy had adjusted some of the payments to Miscellaneous but the totals remained the same</w:t>
            </w:r>
          </w:p>
        </w:tc>
        <w:tc>
          <w:tcPr>
            <w:tcW w:w="2100" w:type="dxa"/>
            <w:tcMar>
              <w:top w:w="100" w:type="dxa"/>
              <w:left w:w="100" w:type="dxa"/>
              <w:bottom w:w="100" w:type="dxa"/>
              <w:right w:w="100" w:type="dxa"/>
            </w:tcMar>
          </w:tcPr>
          <w:p w:rsidR="00591D25" w:rsidRDefault="00000000">
            <w:r>
              <w:t>None recorded.</w:t>
            </w:r>
          </w:p>
        </w:tc>
      </w:tr>
      <w:tr w:rsidR="00591D25" w:rsidTr="007C5E03">
        <w:trPr>
          <w:jc w:val="center"/>
        </w:trPr>
        <w:tc>
          <w:tcPr>
            <w:tcW w:w="562" w:type="dxa"/>
            <w:tcMar>
              <w:top w:w="100" w:type="dxa"/>
              <w:left w:w="100" w:type="dxa"/>
              <w:bottom w:w="100" w:type="dxa"/>
              <w:right w:w="100" w:type="dxa"/>
            </w:tcMar>
          </w:tcPr>
          <w:p w:rsidR="00591D25" w:rsidRDefault="00756276">
            <w:pPr>
              <w:jc w:val="center"/>
            </w:pPr>
            <w:r>
              <w:t>26.09.29.06</w:t>
            </w:r>
          </w:p>
        </w:tc>
        <w:tc>
          <w:tcPr>
            <w:tcW w:w="7592" w:type="dxa"/>
            <w:tcMar>
              <w:top w:w="100" w:type="dxa"/>
              <w:left w:w="100" w:type="dxa"/>
              <w:bottom w:w="100" w:type="dxa"/>
              <w:right w:w="100" w:type="dxa"/>
            </w:tcMar>
          </w:tcPr>
          <w:p w:rsidR="00591D25" w:rsidRDefault="00756276">
            <w:pPr>
              <w:spacing w:after="40"/>
              <w:rPr>
                <w:b/>
              </w:rPr>
            </w:pPr>
            <w:r>
              <w:rPr>
                <w:b/>
              </w:rPr>
              <w:t>To Receive the Internal Audit Report for 2025-2026</w:t>
            </w:r>
          </w:p>
          <w:p w:rsidR="00591D25" w:rsidRDefault="00756276" w:rsidP="00756276">
            <w:pPr>
              <w:pStyle w:val="ListParagraph"/>
              <w:numPr>
                <w:ilvl w:val="0"/>
                <w:numId w:val="14"/>
              </w:numPr>
              <w:spacing w:after="60"/>
            </w:pPr>
            <w:r>
              <w:t>The audit report was received and reviewed</w:t>
            </w:r>
          </w:p>
          <w:p w:rsidR="00591D25" w:rsidRDefault="00756276" w:rsidP="00756276">
            <w:pPr>
              <w:pStyle w:val="ListParagraph"/>
              <w:numPr>
                <w:ilvl w:val="0"/>
                <w:numId w:val="14"/>
              </w:numPr>
              <w:spacing w:after="60"/>
            </w:pPr>
            <w:r>
              <w:t>Recommendations were notes and will be discussed further at the next Parish Council Meeting</w:t>
            </w:r>
          </w:p>
        </w:tc>
        <w:tc>
          <w:tcPr>
            <w:tcW w:w="2100" w:type="dxa"/>
            <w:tcMar>
              <w:top w:w="100" w:type="dxa"/>
              <w:left w:w="100" w:type="dxa"/>
              <w:bottom w:w="100" w:type="dxa"/>
              <w:right w:w="100" w:type="dxa"/>
            </w:tcMar>
          </w:tcPr>
          <w:p w:rsidR="00591D25" w:rsidRDefault="007C5E03">
            <w:r>
              <w:t>Clerk - To be carried forward to next Parish Council Meeting</w:t>
            </w:r>
          </w:p>
        </w:tc>
      </w:tr>
      <w:tr w:rsidR="00591D25" w:rsidTr="007C5E03">
        <w:trPr>
          <w:jc w:val="center"/>
        </w:trPr>
        <w:tc>
          <w:tcPr>
            <w:tcW w:w="562" w:type="dxa"/>
            <w:tcMar>
              <w:top w:w="100" w:type="dxa"/>
              <w:left w:w="100" w:type="dxa"/>
              <w:bottom w:w="100" w:type="dxa"/>
              <w:right w:w="100" w:type="dxa"/>
            </w:tcMar>
          </w:tcPr>
          <w:p w:rsidR="00591D25" w:rsidRDefault="00756276">
            <w:pPr>
              <w:jc w:val="center"/>
            </w:pPr>
            <w:r>
              <w:t>26.09.29.07</w:t>
            </w:r>
          </w:p>
        </w:tc>
        <w:tc>
          <w:tcPr>
            <w:tcW w:w="7592" w:type="dxa"/>
            <w:tcMar>
              <w:top w:w="100" w:type="dxa"/>
              <w:left w:w="100" w:type="dxa"/>
              <w:bottom w:w="100" w:type="dxa"/>
              <w:right w:w="100" w:type="dxa"/>
            </w:tcMar>
          </w:tcPr>
          <w:p w:rsidR="00591D25" w:rsidRDefault="00756276">
            <w:pPr>
              <w:spacing w:after="40"/>
            </w:pPr>
            <w:r>
              <w:rPr>
                <w:b/>
              </w:rPr>
              <w:t>To Agree Improvement Action Plan</w:t>
            </w:r>
          </w:p>
          <w:p w:rsidR="00756276" w:rsidRDefault="007C5E03" w:rsidP="007C5E03">
            <w:pPr>
              <w:pStyle w:val="ListParagraph"/>
              <w:numPr>
                <w:ilvl w:val="0"/>
                <w:numId w:val="15"/>
              </w:numPr>
              <w:spacing w:after="60"/>
            </w:pPr>
            <w:r>
              <w:t>Improvement Action Plan read and discussed.</w:t>
            </w:r>
          </w:p>
          <w:p w:rsidR="00591D25" w:rsidRDefault="007C5E03" w:rsidP="007C5E03">
            <w:pPr>
              <w:pStyle w:val="ListParagraph"/>
              <w:numPr>
                <w:ilvl w:val="0"/>
                <w:numId w:val="15"/>
              </w:numPr>
              <w:spacing w:after="60"/>
            </w:pPr>
            <w:r>
              <w:t>Solutions to ‘No’s to be discussed at next Parish Council Meeting</w:t>
            </w:r>
          </w:p>
        </w:tc>
        <w:tc>
          <w:tcPr>
            <w:tcW w:w="2100" w:type="dxa"/>
            <w:tcMar>
              <w:top w:w="100" w:type="dxa"/>
              <w:left w:w="100" w:type="dxa"/>
              <w:bottom w:w="100" w:type="dxa"/>
              <w:right w:w="100" w:type="dxa"/>
            </w:tcMar>
          </w:tcPr>
          <w:p w:rsidR="00591D25" w:rsidRDefault="007C5E03">
            <w:r>
              <w:t xml:space="preserve">Clerk - To be carried forward to next Parish Council Meeting </w:t>
            </w:r>
          </w:p>
        </w:tc>
      </w:tr>
      <w:tr w:rsidR="00591D25" w:rsidTr="007C5E03">
        <w:trPr>
          <w:jc w:val="center"/>
        </w:trPr>
        <w:tc>
          <w:tcPr>
            <w:tcW w:w="562" w:type="dxa"/>
            <w:tcMar>
              <w:top w:w="100" w:type="dxa"/>
              <w:left w:w="100" w:type="dxa"/>
              <w:bottom w:w="100" w:type="dxa"/>
              <w:right w:w="100" w:type="dxa"/>
            </w:tcMar>
          </w:tcPr>
          <w:p w:rsidR="00591D25" w:rsidRDefault="007C5E03">
            <w:pPr>
              <w:jc w:val="center"/>
            </w:pPr>
            <w:r>
              <w:t>26.09.29.08</w:t>
            </w:r>
          </w:p>
        </w:tc>
        <w:tc>
          <w:tcPr>
            <w:tcW w:w="7592" w:type="dxa"/>
            <w:tcMar>
              <w:top w:w="100" w:type="dxa"/>
              <w:left w:w="100" w:type="dxa"/>
              <w:bottom w:w="100" w:type="dxa"/>
              <w:right w:w="100" w:type="dxa"/>
            </w:tcMar>
          </w:tcPr>
          <w:p w:rsidR="00591D25" w:rsidRDefault="007C5E03">
            <w:pPr>
              <w:spacing w:after="40"/>
            </w:pPr>
            <w:r>
              <w:rPr>
                <w:b/>
              </w:rPr>
              <w:t>Annual Governance Statement</w:t>
            </w:r>
          </w:p>
          <w:p w:rsidR="00591D25" w:rsidRPr="007C5E03" w:rsidRDefault="007C5E03" w:rsidP="007C5E03">
            <w:pPr>
              <w:pStyle w:val="ListParagraph"/>
              <w:numPr>
                <w:ilvl w:val="0"/>
                <w:numId w:val="16"/>
              </w:numPr>
              <w:spacing w:after="60"/>
              <w:rPr>
                <w:bCs/>
              </w:rPr>
            </w:pPr>
            <w:r w:rsidRPr="007C5E03">
              <w:rPr>
                <w:bCs/>
              </w:rPr>
              <w:t>Received and reviewed by the council and signed</w:t>
            </w:r>
          </w:p>
        </w:tc>
        <w:tc>
          <w:tcPr>
            <w:tcW w:w="2100" w:type="dxa"/>
            <w:tcMar>
              <w:top w:w="100" w:type="dxa"/>
              <w:left w:w="100" w:type="dxa"/>
              <w:bottom w:w="100" w:type="dxa"/>
              <w:right w:w="100" w:type="dxa"/>
            </w:tcMar>
          </w:tcPr>
          <w:p w:rsidR="00591D25" w:rsidRDefault="007C5E03">
            <w:r>
              <w:t>Submit to PFK Littlejohn</w:t>
            </w:r>
          </w:p>
        </w:tc>
      </w:tr>
      <w:tr w:rsidR="00591D25" w:rsidTr="007C5E03">
        <w:trPr>
          <w:jc w:val="center"/>
        </w:trPr>
        <w:tc>
          <w:tcPr>
            <w:tcW w:w="562" w:type="dxa"/>
            <w:tcMar>
              <w:top w:w="100" w:type="dxa"/>
              <w:left w:w="100" w:type="dxa"/>
              <w:bottom w:w="100" w:type="dxa"/>
              <w:right w:w="100" w:type="dxa"/>
            </w:tcMar>
          </w:tcPr>
          <w:p w:rsidR="00591D25" w:rsidRDefault="007C5E03">
            <w:pPr>
              <w:jc w:val="center"/>
            </w:pPr>
            <w:r>
              <w:lastRenderedPageBreak/>
              <w:t>26.09.29.09</w:t>
            </w:r>
          </w:p>
        </w:tc>
        <w:tc>
          <w:tcPr>
            <w:tcW w:w="7592" w:type="dxa"/>
            <w:tcMar>
              <w:top w:w="100" w:type="dxa"/>
              <w:left w:w="100" w:type="dxa"/>
              <w:bottom w:w="100" w:type="dxa"/>
              <w:right w:w="100" w:type="dxa"/>
            </w:tcMar>
          </w:tcPr>
          <w:p w:rsidR="00591D25" w:rsidRPr="007C5E03" w:rsidRDefault="007C5E03">
            <w:pPr>
              <w:spacing w:after="40"/>
              <w:rPr>
                <w:b/>
                <w:bCs/>
              </w:rPr>
            </w:pPr>
            <w:r>
              <w:rPr>
                <w:b/>
                <w:bCs/>
              </w:rPr>
              <w:t>To Consider and Approve Accounting Statements</w:t>
            </w:r>
          </w:p>
          <w:p w:rsidR="007C5E03" w:rsidRDefault="007C5E03" w:rsidP="00CF22A2">
            <w:pPr>
              <w:pStyle w:val="ListParagraph"/>
              <w:numPr>
                <w:ilvl w:val="0"/>
                <w:numId w:val="19"/>
              </w:numPr>
              <w:spacing w:after="60"/>
            </w:pPr>
            <w:r>
              <w:t xml:space="preserve">Accounting Statement (Section 2) of AGAR reviewed, approved and signed off </w:t>
            </w:r>
          </w:p>
          <w:p w:rsidR="00591D25" w:rsidRDefault="007C5E03" w:rsidP="00CF22A2">
            <w:pPr>
              <w:pStyle w:val="ListParagraph"/>
              <w:numPr>
                <w:ilvl w:val="0"/>
                <w:numId w:val="19"/>
              </w:numPr>
              <w:spacing w:after="60"/>
            </w:pPr>
            <w:r>
              <w:t>The variance in the Asset Register from 2024-2025 (£6,000) to 2025-2026 was noted (£48,000)</w:t>
            </w:r>
          </w:p>
        </w:tc>
        <w:tc>
          <w:tcPr>
            <w:tcW w:w="2100" w:type="dxa"/>
            <w:tcMar>
              <w:top w:w="100" w:type="dxa"/>
              <w:left w:w="100" w:type="dxa"/>
              <w:bottom w:w="100" w:type="dxa"/>
              <w:right w:w="100" w:type="dxa"/>
            </w:tcMar>
          </w:tcPr>
          <w:p w:rsidR="00591D25" w:rsidRDefault="007C5E03">
            <w:r>
              <w:t>Submit to PFK Littlejohn</w:t>
            </w:r>
          </w:p>
        </w:tc>
      </w:tr>
      <w:tr w:rsidR="00591D25" w:rsidTr="007C5E03">
        <w:trPr>
          <w:jc w:val="center"/>
        </w:trPr>
        <w:tc>
          <w:tcPr>
            <w:tcW w:w="562" w:type="dxa"/>
            <w:tcMar>
              <w:top w:w="100" w:type="dxa"/>
              <w:left w:w="100" w:type="dxa"/>
              <w:bottom w:w="100" w:type="dxa"/>
              <w:right w:w="100" w:type="dxa"/>
            </w:tcMar>
          </w:tcPr>
          <w:p w:rsidR="00591D25" w:rsidRDefault="007C5E03">
            <w:pPr>
              <w:jc w:val="center"/>
            </w:pPr>
            <w:r>
              <w:t>26.09.29.10</w:t>
            </w:r>
          </w:p>
        </w:tc>
        <w:tc>
          <w:tcPr>
            <w:tcW w:w="7592" w:type="dxa"/>
            <w:tcMar>
              <w:top w:w="100" w:type="dxa"/>
              <w:left w:w="100" w:type="dxa"/>
              <w:bottom w:w="100" w:type="dxa"/>
              <w:right w:w="100" w:type="dxa"/>
            </w:tcMar>
          </w:tcPr>
          <w:p w:rsidR="00591D25" w:rsidRDefault="007C5E03">
            <w:pPr>
              <w:spacing w:after="40"/>
            </w:pPr>
            <w:r>
              <w:rPr>
                <w:b/>
              </w:rPr>
              <w:t>To Approve Publication of Accounts for 2025/2026</w:t>
            </w:r>
          </w:p>
          <w:p w:rsidR="00591D25" w:rsidRDefault="00CF22A2" w:rsidP="00CF22A2">
            <w:pPr>
              <w:pStyle w:val="ListParagraph"/>
              <w:numPr>
                <w:ilvl w:val="0"/>
                <w:numId w:val="18"/>
              </w:numPr>
              <w:spacing w:after="60"/>
            </w:pPr>
            <w:r>
              <w:t xml:space="preserve">A discussion was held regarding items published in transparency section of website 2024-2025 </w:t>
            </w:r>
          </w:p>
          <w:p w:rsidR="00CF22A2" w:rsidRDefault="00CF22A2" w:rsidP="00CF22A2">
            <w:pPr>
              <w:pStyle w:val="ListParagraph"/>
              <w:numPr>
                <w:ilvl w:val="0"/>
                <w:numId w:val="18"/>
              </w:numPr>
              <w:spacing w:after="60"/>
            </w:pPr>
            <w:r>
              <w:t>All at meeting approved Publication of Accounts 2025-2026</w:t>
            </w:r>
          </w:p>
          <w:p w:rsidR="00CF22A2" w:rsidRDefault="00CF22A2" w:rsidP="00CF22A2">
            <w:pPr>
              <w:pStyle w:val="ListParagraph"/>
              <w:numPr>
                <w:ilvl w:val="0"/>
                <w:numId w:val="18"/>
              </w:numPr>
              <w:spacing w:after="60"/>
            </w:pPr>
            <w:r>
              <w:t>Variance report was circulated, discussed and signed off</w:t>
            </w:r>
          </w:p>
        </w:tc>
        <w:tc>
          <w:tcPr>
            <w:tcW w:w="2100" w:type="dxa"/>
            <w:tcMar>
              <w:top w:w="100" w:type="dxa"/>
              <w:left w:w="100" w:type="dxa"/>
              <w:bottom w:w="100" w:type="dxa"/>
              <w:right w:w="100" w:type="dxa"/>
            </w:tcMar>
          </w:tcPr>
          <w:p w:rsidR="00591D25" w:rsidRDefault="007C5E03">
            <w:r>
              <w:t xml:space="preserve">Clerk to Publish Accounts </w:t>
            </w:r>
            <w:r w:rsidR="00CF22A2">
              <w:t>on Website</w:t>
            </w:r>
          </w:p>
        </w:tc>
      </w:tr>
      <w:tr w:rsidR="00591D25" w:rsidTr="007C5E03">
        <w:trPr>
          <w:jc w:val="center"/>
        </w:trPr>
        <w:tc>
          <w:tcPr>
            <w:tcW w:w="562" w:type="dxa"/>
            <w:tcMar>
              <w:top w:w="100" w:type="dxa"/>
              <w:left w:w="100" w:type="dxa"/>
              <w:bottom w:w="100" w:type="dxa"/>
              <w:right w:w="100" w:type="dxa"/>
            </w:tcMar>
          </w:tcPr>
          <w:p w:rsidR="00591D25" w:rsidRDefault="00CF22A2">
            <w:pPr>
              <w:jc w:val="center"/>
            </w:pPr>
            <w:r>
              <w:t>26.09.29.11</w:t>
            </w:r>
          </w:p>
        </w:tc>
        <w:tc>
          <w:tcPr>
            <w:tcW w:w="7592" w:type="dxa"/>
            <w:tcMar>
              <w:top w:w="100" w:type="dxa"/>
              <w:left w:w="100" w:type="dxa"/>
              <w:bottom w:w="100" w:type="dxa"/>
              <w:right w:w="100" w:type="dxa"/>
            </w:tcMar>
          </w:tcPr>
          <w:p w:rsidR="00591D25" w:rsidRDefault="00CF22A2">
            <w:pPr>
              <w:spacing w:after="40"/>
            </w:pPr>
            <w:r>
              <w:rPr>
                <w:b/>
              </w:rPr>
              <w:t>Agree Dates for Exercise of Public Rights for 2025-2026</w:t>
            </w:r>
          </w:p>
          <w:p w:rsidR="00CF22A2" w:rsidRPr="00CF22A2" w:rsidRDefault="00CF22A2" w:rsidP="00CF22A2">
            <w:pPr>
              <w:pStyle w:val="ListParagraph"/>
              <w:numPr>
                <w:ilvl w:val="0"/>
                <w:numId w:val="17"/>
              </w:numPr>
              <w:spacing w:after="60"/>
              <w:rPr>
                <w:bCs/>
              </w:rPr>
            </w:pPr>
            <w:r w:rsidRPr="00CF22A2">
              <w:rPr>
                <w:bCs/>
              </w:rPr>
              <w:t>Dates of Notice of Exercise of Public Rights as circulated prior to meeting agreed and signed off</w:t>
            </w:r>
          </w:p>
          <w:p w:rsidR="00CF22A2" w:rsidRPr="00CF22A2" w:rsidRDefault="00CF22A2" w:rsidP="00CF22A2">
            <w:pPr>
              <w:pStyle w:val="ListParagraph"/>
              <w:numPr>
                <w:ilvl w:val="0"/>
                <w:numId w:val="17"/>
              </w:numPr>
              <w:spacing w:after="60"/>
              <w:rPr>
                <w:bCs/>
              </w:rPr>
            </w:pPr>
            <w:r w:rsidRPr="00CF22A2">
              <w:rPr>
                <w:bCs/>
              </w:rPr>
              <w:t>It was noted that this is outside of the normal dates due to the late submission but PFK Littlejohn advised it was still to be done</w:t>
            </w:r>
          </w:p>
          <w:p w:rsidR="00591D25" w:rsidRPr="00CF22A2" w:rsidRDefault="00CF22A2" w:rsidP="00CF22A2">
            <w:pPr>
              <w:pStyle w:val="ListParagraph"/>
              <w:numPr>
                <w:ilvl w:val="0"/>
                <w:numId w:val="17"/>
              </w:numPr>
              <w:spacing w:after="60"/>
              <w:rPr>
                <w:bCs/>
              </w:rPr>
            </w:pPr>
            <w:r w:rsidRPr="00CF22A2">
              <w:rPr>
                <w:bCs/>
              </w:rPr>
              <w:t xml:space="preserve">Copies to be posted on Village Hall Noticeboards in </w:t>
            </w:r>
            <w:proofErr w:type="spellStart"/>
            <w:r w:rsidRPr="00CF22A2">
              <w:rPr>
                <w:bCs/>
              </w:rPr>
              <w:t>Sapperton</w:t>
            </w:r>
            <w:proofErr w:type="spellEnd"/>
            <w:r w:rsidRPr="00CF22A2">
              <w:rPr>
                <w:bCs/>
              </w:rPr>
              <w:t xml:space="preserve"> and Frampton Mansell</w:t>
            </w:r>
          </w:p>
        </w:tc>
        <w:tc>
          <w:tcPr>
            <w:tcW w:w="2100" w:type="dxa"/>
            <w:tcMar>
              <w:top w:w="100" w:type="dxa"/>
              <w:left w:w="100" w:type="dxa"/>
              <w:bottom w:w="100" w:type="dxa"/>
              <w:right w:w="100" w:type="dxa"/>
            </w:tcMar>
          </w:tcPr>
          <w:p w:rsidR="00591D25" w:rsidRDefault="00CF22A2">
            <w:r>
              <w:t>Clerk to Publish notice on website</w:t>
            </w:r>
            <w:r w:rsidR="00683C63">
              <w:br/>
            </w:r>
            <w:r>
              <w:br/>
              <w:t>Clerk to print and deliver noticed to MCD for posting, and e-mail SOS to print and post.</w:t>
            </w:r>
          </w:p>
        </w:tc>
      </w:tr>
      <w:tr w:rsidR="00591D25" w:rsidTr="007C5E03">
        <w:trPr>
          <w:jc w:val="center"/>
        </w:trPr>
        <w:tc>
          <w:tcPr>
            <w:tcW w:w="562" w:type="dxa"/>
            <w:tcMar>
              <w:top w:w="100" w:type="dxa"/>
              <w:left w:w="100" w:type="dxa"/>
              <w:bottom w:w="100" w:type="dxa"/>
              <w:right w:w="100" w:type="dxa"/>
            </w:tcMar>
          </w:tcPr>
          <w:p w:rsidR="00591D25" w:rsidRDefault="00CF22A2">
            <w:pPr>
              <w:jc w:val="center"/>
            </w:pPr>
            <w:r>
              <w:t>26.09.29.12</w:t>
            </w:r>
          </w:p>
        </w:tc>
        <w:tc>
          <w:tcPr>
            <w:tcW w:w="7592" w:type="dxa"/>
            <w:tcMar>
              <w:top w:w="100" w:type="dxa"/>
              <w:left w:w="100" w:type="dxa"/>
              <w:bottom w:w="100" w:type="dxa"/>
              <w:right w:w="100" w:type="dxa"/>
            </w:tcMar>
          </w:tcPr>
          <w:p w:rsidR="00591D25" w:rsidRDefault="00CF22A2">
            <w:pPr>
              <w:spacing w:after="40"/>
            </w:pPr>
            <w:r>
              <w:rPr>
                <w:b/>
              </w:rPr>
              <w:t>Date of Next Parish Council Meeting</w:t>
            </w:r>
          </w:p>
          <w:p w:rsidR="00591D25" w:rsidRPr="00CF22A2" w:rsidRDefault="00CF22A2" w:rsidP="00CF22A2">
            <w:pPr>
              <w:pStyle w:val="ListParagraph"/>
              <w:numPr>
                <w:ilvl w:val="0"/>
                <w:numId w:val="20"/>
              </w:numPr>
              <w:spacing w:after="60"/>
              <w:rPr>
                <w:bCs/>
              </w:rPr>
            </w:pPr>
            <w:r w:rsidRPr="00CF22A2">
              <w:rPr>
                <w:bCs/>
              </w:rPr>
              <w:t>It was confirmed that the next Parish Council Meeting would be held at Frampton Mansell Village Hall on Tuesday 13</w:t>
            </w:r>
            <w:r w:rsidRPr="00CF22A2">
              <w:rPr>
                <w:bCs/>
                <w:vertAlign w:val="superscript"/>
              </w:rPr>
              <w:t>th</w:t>
            </w:r>
            <w:r w:rsidRPr="00CF22A2">
              <w:rPr>
                <w:bCs/>
              </w:rPr>
              <w:t xml:space="preserve"> October at 7pm</w:t>
            </w:r>
          </w:p>
        </w:tc>
        <w:tc>
          <w:tcPr>
            <w:tcW w:w="2100" w:type="dxa"/>
            <w:tcMar>
              <w:top w:w="100" w:type="dxa"/>
              <w:left w:w="100" w:type="dxa"/>
              <w:bottom w:w="100" w:type="dxa"/>
              <w:right w:w="100" w:type="dxa"/>
            </w:tcMar>
          </w:tcPr>
          <w:p w:rsidR="00591D25" w:rsidRDefault="00000000">
            <w:r>
              <w:t>None recorded.</w:t>
            </w:r>
          </w:p>
        </w:tc>
      </w:tr>
      <w:tr w:rsidR="00CF22A2" w:rsidTr="007C5E03">
        <w:trPr>
          <w:jc w:val="center"/>
        </w:trPr>
        <w:tc>
          <w:tcPr>
            <w:tcW w:w="562" w:type="dxa"/>
            <w:tcMar>
              <w:top w:w="100" w:type="dxa"/>
              <w:left w:w="100" w:type="dxa"/>
              <w:bottom w:w="100" w:type="dxa"/>
              <w:right w:w="100" w:type="dxa"/>
            </w:tcMar>
          </w:tcPr>
          <w:p w:rsidR="00CF22A2" w:rsidRDefault="00CF22A2">
            <w:pPr>
              <w:jc w:val="center"/>
            </w:pPr>
            <w:r>
              <w:t>26.09.29.13</w:t>
            </w:r>
          </w:p>
        </w:tc>
        <w:tc>
          <w:tcPr>
            <w:tcW w:w="7592" w:type="dxa"/>
            <w:tcMar>
              <w:top w:w="100" w:type="dxa"/>
              <w:left w:w="100" w:type="dxa"/>
              <w:bottom w:w="100" w:type="dxa"/>
              <w:right w:w="100" w:type="dxa"/>
            </w:tcMar>
          </w:tcPr>
          <w:p w:rsidR="00683C63" w:rsidRDefault="00CF22A2" w:rsidP="00683C63">
            <w:pPr>
              <w:spacing w:after="40"/>
            </w:pPr>
            <w:r w:rsidRPr="00683C63">
              <w:rPr>
                <w:b/>
              </w:rPr>
              <w:t>Confidential Session</w:t>
            </w:r>
            <w:r w:rsidRPr="00683C63">
              <w:rPr>
                <w:b/>
              </w:rPr>
              <w:br/>
              <w:t>13.1 Approve Appointment of Clerk and RFO</w:t>
            </w:r>
          </w:p>
          <w:p w:rsidR="00683C63" w:rsidRDefault="00683C63" w:rsidP="00683C63">
            <w:pPr>
              <w:pStyle w:val="ListParagraph"/>
              <w:numPr>
                <w:ilvl w:val="0"/>
                <w:numId w:val="22"/>
              </w:numPr>
              <w:spacing w:after="40"/>
              <w:rPr>
                <w:bCs/>
              </w:rPr>
            </w:pPr>
            <w:r w:rsidRPr="00683C63">
              <w:rPr>
                <w:bCs/>
              </w:rPr>
              <w:t>It was confirmed that the next Parish Council Meeting would be held at Frampton Mansell Village Hall on Tuesday 13</w:t>
            </w:r>
            <w:r w:rsidRPr="00683C63">
              <w:rPr>
                <w:bCs/>
                <w:vertAlign w:val="superscript"/>
              </w:rPr>
              <w:t>th</w:t>
            </w:r>
            <w:r w:rsidRPr="00683C63">
              <w:rPr>
                <w:bCs/>
              </w:rPr>
              <w:t xml:space="preserve"> October at 7pm </w:t>
            </w:r>
            <w:r w:rsidR="00CF22A2" w:rsidRPr="00683C63">
              <w:rPr>
                <w:bCs/>
              </w:rPr>
              <w:t>The appointment of Clerk and RFO which was agreed in meeting on 14</w:t>
            </w:r>
            <w:r w:rsidR="00CF22A2" w:rsidRPr="00683C63">
              <w:rPr>
                <w:bCs/>
                <w:vertAlign w:val="superscript"/>
              </w:rPr>
              <w:t>th</w:t>
            </w:r>
            <w:r w:rsidR="00CF22A2" w:rsidRPr="00683C63">
              <w:rPr>
                <w:bCs/>
              </w:rPr>
              <w:t xml:space="preserve"> July 2026 was not </w:t>
            </w:r>
            <w:proofErr w:type="spellStart"/>
            <w:r w:rsidR="00CF22A2" w:rsidRPr="00683C63">
              <w:rPr>
                <w:bCs/>
              </w:rPr>
              <w:t>minuted</w:t>
            </w:r>
            <w:proofErr w:type="spellEnd"/>
          </w:p>
          <w:p w:rsidR="00683C63" w:rsidRDefault="00CF22A2" w:rsidP="00683C63">
            <w:pPr>
              <w:pStyle w:val="ListParagraph"/>
              <w:numPr>
                <w:ilvl w:val="0"/>
                <w:numId w:val="22"/>
              </w:numPr>
              <w:spacing w:after="40"/>
              <w:rPr>
                <w:bCs/>
              </w:rPr>
            </w:pPr>
            <w:r w:rsidRPr="00683C63">
              <w:rPr>
                <w:bCs/>
              </w:rPr>
              <w:t xml:space="preserve">All at meeting approved the appointment of Emma Kerr Muir as Parish Clerk and RFO on the </w:t>
            </w:r>
            <w:r w:rsidR="00683C63" w:rsidRPr="00683C63">
              <w:rPr>
                <w:bCs/>
              </w:rPr>
              <w:t xml:space="preserve">NCJ scale, SCP18 £16.89.  </w:t>
            </w:r>
          </w:p>
          <w:p w:rsidR="00CF22A2" w:rsidRDefault="00683C63" w:rsidP="00683C63">
            <w:pPr>
              <w:pStyle w:val="ListParagraph"/>
              <w:numPr>
                <w:ilvl w:val="0"/>
                <w:numId w:val="22"/>
              </w:numPr>
              <w:spacing w:after="40"/>
              <w:rPr>
                <w:bCs/>
              </w:rPr>
            </w:pPr>
            <w:r w:rsidRPr="00683C63">
              <w:rPr>
                <w:bCs/>
              </w:rPr>
              <w:t>Salary in line with NCJ scale to be reviewed after 3 month</w:t>
            </w:r>
            <w:r>
              <w:rPr>
                <w:bCs/>
              </w:rPr>
              <w:t>s</w:t>
            </w:r>
          </w:p>
          <w:p w:rsidR="00683C63" w:rsidRDefault="00683C63" w:rsidP="00683C63">
            <w:pPr>
              <w:pStyle w:val="ListParagraph"/>
              <w:numPr>
                <w:ilvl w:val="0"/>
                <w:numId w:val="22"/>
              </w:numPr>
              <w:spacing w:after="40"/>
              <w:rPr>
                <w:bCs/>
              </w:rPr>
            </w:pPr>
            <w:r>
              <w:rPr>
                <w:bCs/>
              </w:rPr>
              <w:t>Clerk to contact PATA to set up payment of salary since 14</w:t>
            </w:r>
            <w:r w:rsidRPr="00683C63">
              <w:rPr>
                <w:bCs/>
                <w:vertAlign w:val="superscript"/>
              </w:rPr>
              <w:t>th</w:t>
            </w:r>
            <w:r>
              <w:rPr>
                <w:bCs/>
              </w:rPr>
              <w:t xml:space="preserve"> July; it was requested overtime be made as a separate payment to monthly salary with a reference</w:t>
            </w:r>
          </w:p>
          <w:p w:rsidR="00683C63" w:rsidRDefault="00683C63" w:rsidP="00683C63">
            <w:pPr>
              <w:pStyle w:val="ListParagraph"/>
              <w:numPr>
                <w:ilvl w:val="0"/>
                <w:numId w:val="22"/>
              </w:numPr>
              <w:spacing w:after="40"/>
              <w:rPr>
                <w:bCs/>
              </w:rPr>
            </w:pPr>
            <w:r>
              <w:rPr>
                <w:bCs/>
              </w:rPr>
              <w:t>Clerk to reconcile hours worked July, Aug, Sept and to inform council of any overtime worked for Audit</w:t>
            </w:r>
          </w:p>
          <w:p w:rsidR="00683C63" w:rsidRDefault="00683C63" w:rsidP="00683C63">
            <w:pPr>
              <w:spacing w:after="40"/>
              <w:rPr>
                <w:b/>
              </w:rPr>
            </w:pPr>
            <w:r w:rsidRPr="00683C63">
              <w:rPr>
                <w:b/>
              </w:rPr>
              <w:t>12.2 Confirm Duties relating to Pensions</w:t>
            </w:r>
          </w:p>
          <w:p w:rsidR="00683C63" w:rsidRDefault="00683C63" w:rsidP="00683C63">
            <w:pPr>
              <w:pStyle w:val="ListParagraph"/>
              <w:numPr>
                <w:ilvl w:val="0"/>
                <w:numId w:val="23"/>
              </w:numPr>
              <w:spacing w:after="40"/>
              <w:rPr>
                <w:bCs/>
              </w:rPr>
            </w:pPr>
            <w:r w:rsidRPr="00683C63">
              <w:rPr>
                <w:bCs/>
              </w:rPr>
              <w:t>A discussion was help regarding Pension Contributions but the Clerk salary is below the statutory level for compulsory contributions</w:t>
            </w:r>
          </w:p>
          <w:p w:rsidR="00683C63" w:rsidRPr="00683C63" w:rsidRDefault="00683C63" w:rsidP="00683C63">
            <w:pPr>
              <w:pStyle w:val="ListParagraph"/>
              <w:numPr>
                <w:ilvl w:val="0"/>
                <w:numId w:val="23"/>
              </w:numPr>
              <w:spacing w:after="40"/>
              <w:rPr>
                <w:bCs/>
              </w:rPr>
            </w:pPr>
            <w:r w:rsidRPr="00683C63">
              <w:rPr>
                <w:bCs/>
              </w:rPr>
              <w:t xml:space="preserve">Zero contributions still </w:t>
            </w:r>
            <w:proofErr w:type="gramStart"/>
            <w:r w:rsidRPr="00683C63">
              <w:rPr>
                <w:bCs/>
              </w:rPr>
              <w:t>needs</w:t>
            </w:r>
            <w:proofErr w:type="gramEnd"/>
            <w:r w:rsidRPr="00683C63">
              <w:rPr>
                <w:bCs/>
              </w:rPr>
              <w:t xml:space="preserve"> to be reported to the Pensions Regulator.  Clerk to contact them regarding this.</w:t>
            </w:r>
          </w:p>
        </w:tc>
        <w:tc>
          <w:tcPr>
            <w:tcW w:w="2100" w:type="dxa"/>
            <w:tcMar>
              <w:top w:w="100" w:type="dxa"/>
              <w:left w:w="100" w:type="dxa"/>
              <w:bottom w:w="100" w:type="dxa"/>
              <w:right w:w="100" w:type="dxa"/>
            </w:tcMar>
          </w:tcPr>
          <w:p w:rsidR="00CF22A2" w:rsidRDefault="00683C63">
            <w:r>
              <w:t>Clerk to contact Pensions Regulator</w:t>
            </w:r>
            <w:r>
              <w:br/>
            </w:r>
            <w:r>
              <w:br/>
              <w:t>Clerk to present details of overtime worked at next Parish Council Meeting</w:t>
            </w:r>
          </w:p>
        </w:tc>
      </w:tr>
      <w:tr w:rsidR="00683C63" w:rsidTr="007C5E03">
        <w:trPr>
          <w:jc w:val="center"/>
        </w:trPr>
        <w:tc>
          <w:tcPr>
            <w:tcW w:w="562" w:type="dxa"/>
            <w:tcMar>
              <w:top w:w="100" w:type="dxa"/>
              <w:left w:w="100" w:type="dxa"/>
              <w:bottom w:w="100" w:type="dxa"/>
              <w:right w:w="100" w:type="dxa"/>
            </w:tcMar>
          </w:tcPr>
          <w:p w:rsidR="00683C63" w:rsidRDefault="00683C63">
            <w:pPr>
              <w:jc w:val="center"/>
            </w:pPr>
            <w:r>
              <w:t>A.</w:t>
            </w:r>
            <w:proofErr w:type="gramStart"/>
            <w:r>
              <w:t>O.B</w:t>
            </w:r>
            <w:proofErr w:type="gramEnd"/>
          </w:p>
        </w:tc>
        <w:tc>
          <w:tcPr>
            <w:tcW w:w="7592" w:type="dxa"/>
            <w:tcMar>
              <w:top w:w="100" w:type="dxa"/>
              <w:left w:w="100" w:type="dxa"/>
              <w:bottom w:w="100" w:type="dxa"/>
              <w:right w:w="100" w:type="dxa"/>
            </w:tcMar>
          </w:tcPr>
          <w:p w:rsidR="00D3256E" w:rsidRDefault="00683C63" w:rsidP="00D3256E">
            <w:pPr>
              <w:pStyle w:val="ListParagraph"/>
              <w:numPr>
                <w:ilvl w:val="0"/>
                <w:numId w:val="24"/>
              </w:numPr>
              <w:spacing w:after="40"/>
              <w:rPr>
                <w:bCs/>
              </w:rPr>
            </w:pPr>
            <w:r w:rsidRPr="00D3256E">
              <w:rPr>
                <w:bCs/>
              </w:rPr>
              <w:t>Standing orders to the</w:t>
            </w:r>
            <w:r w:rsidR="000C6E22">
              <w:rPr>
                <w:bCs/>
              </w:rPr>
              <w:t xml:space="preserve"> Gloucestershire Wildlife</w:t>
            </w:r>
            <w:r w:rsidRPr="00D3256E">
              <w:rPr>
                <w:bCs/>
              </w:rPr>
              <w:t xml:space="preserve"> Trust </w:t>
            </w:r>
            <w:r w:rsidR="000C6E22">
              <w:rPr>
                <w:bCs/>
              </w:rPr>
              <w:t xml:space="preserve">(GTNC) </w:t>
            </w:r>
            <w:r w:rsidRPr="00D3256E">
              <w:rPr>
                <w:bCs/>
              </w:rPr>
              <w:t>and Air Ambulance are automatic and need to be discussed at the next Parish Council Meeting</w:t>
            </w:r>
          </w:p>
          <w:p w:rsidR="00D3256E" w:rsidRDefault="00683C63" w:rsidP="00D3256E">
            <w:pPr>
              <w:pStyle w:val="ListParagraph"/>
              <w:numPr>
                <w:ilvl w:val="0"/>
                <w:numId w:val="24"/>
              </w:numPr>
              <w:spacing w:after="40"/>
              <w:rPr>
                <w:bCs/>
              </w:rPr>
            </w:pPr>
            <w:r w:rsidRPr="00D3256E">
              <w:rPr>
                <w:bCs/>
              </w:rPr>
              <w:t>Reimbursement of payments made by Sarah Osborn Smith due to there being no bank account to be listed, reviewed and approved at next Parish Council Meeting</w:t>
            </w:r>
          </w:p>
          <w:p w:rsidR="00683C63" w:rsidRPr="00D3256E" w:rsidRDefault="00D3256E" w:rsidP="00D3256E">
            <w:pPr>
              <w:pStyle w:val="ListParagraph"/>
              <w:numPr>
                <w:ilvl w:val="0"/>
                <w:numId w:val="24"/>
              </w:numPr>
              <w:spacing w:after="40"/>
              <w:rPr>
                <w:bCs/>
              </w:rPr>
            </w:pPr>
            <w:r w:rsidRPr="00D3256E">
              <w:rPr>
                <w:bCs/>
              </w:rPr>
              <w:t xml:space="preserve">Lloyds Bank PIN and Card have arrived.  Sarah Osborn Smith, Mike Cameron Davis and Emma Kerr Muir all to be signatories.  On line payments will be set up by the Clerk and approved by a </w:t>
            </w:r>
            <w:proofErr w:type="spellStart"/>
            <w:r w:rsidRPr="00D3256E">
              <w:rPr>
                <w:bCs/>
              </w:rPr>
              <w:t>Councillor</w:t>
            </w:r>
            <w:proofErr w:type="spellEnd"/>
            <w:r w:rsidRPr="00D3256E">
              <w:rPr>
                <w:bCs/>
              </w:rPr>
              <w:t xml:space="preserve"> as advised by auditor</w:t>
            </w:r>
          </w:p>
        </w:tc>
        <w:tc>
          <w:tcPr>
            <w:tcW w:w="2100" w:type="dxa"/>
            <w:tcMar>
              <w:top w:w="100" w:type="dxa"/>
              <w:left w:w="100" w:type="dxa"/>
              <w:bottom w:w="100" w:type="dxa"/>
              <w:right w:w="100" w:type="dxa"/>
            </w:tcMar>
          </w:tcPr>
          <w:p w:rsidR="00683C63" w:rsidRDefault="00683C63"/>
        </w:tc>
      </w:tr>
    </w:tbl>
    <w:p w:rsidR="00591D25" w:rsidRDefault="00591D25"/>
    <w:p w:rsidR="00591D25" w:rsidRDefault="00000000">
      <w:r>
        <w:rPr>
          <w:b/>
        </w:rPr>
        <w:t xml:space="preserve">Meeting closed: </w:t>
      </w:r>
      <w:r>
        <w:t>not recorded in transcript</w:t>
      </w:r>
    </w:p>
    <w:p w:rsidR="00591D25" w:rsidRDefault="00000000">
      <w:pPr>
        <w:spacing w:before="200"/>
      </w:pPr>
      <w:r>
        <w:t>Signed: ............................................................    Dated: ........................................</w:t>
      </w:r>
    </w:p>
    <w:p w:rsidR="00591D25" w:rsidRDefault="00000000">
      <w:r>
        <w:rPr>
          <w:i/>
          <w:sz w:val="16"/>
        </w:rPr>
        <w:t>Draft minutes prepared from transcript: Parish Council Verbatim 14 7 26, using the Parish Council agenda structure.</w:t>
      </w:r>
    </w:p>
    <w:sectPr w:rsidR="00591D25"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5421EF"/>
    <w:multiLevelType w:val="hybridMultilevel"/>
    <w:tmpl w:val="FEE075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9AD6744"/>
    <w:multiLevelType w:val="hybridMultilevel"/>
    <w:tmpl w:val="CB8E9E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F04A56"/>
    <w:multiLevelType w:val="hybridMultilevel"/>
    <w:tmpl w:val="0B10AC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B2122B"/>
    <w:multiLevelType w:val="hybridMultilevel"/>
    <w:tmpl w:val="50D69EF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A84F12"/>
    <w:multiLevelType w:val="hybridMultilevel"/>
    <w:tmpl w:val="736A2B2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2316C6"/>
    <w:multiLevelType w:val="hybridMultilevel"/>
    <w:tmpl w:val="C60656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846BDE"/>
    <w:multiLevelType w:val="hybridMultilevel"/>
    <w:tmpl w:val="C62E72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4E1E46"/>
    <w:multiLevelType w:val="hybridMultilevel"/>
    <w:tmpl w:val="B7BC345A"/>
    <w:lvl w:ilvl="0" w:tplc="08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0D5D01"/>
    <w:multiLevelType w:val="hybridMultilevel"/>
    <w:tmpl w:val="87C2AC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CE0FC3"/>
    <w:multiLevelType w:val="hybridMultilevel"/>
    <w:tmpl w:val="B33A635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C43B09"/>
    <w:multiLevelType w:val="hybridMultilevel"/>
    <w:tmpl w:val="22324AF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752518"/>
    <w:multiLevelType w:val="hybridMultilevel"/>
    <w:tmpl w:val="AC6AD2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554273"/>
    <w:multiLevelType w:val="hybridMultilevel"/>
    <w:tmpl w:val="035094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8A7D09"/>
    <w:multiLevelType w:val="hybridMultilevel"/>
    <w:tmpl w:val="0A3616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1607CB"/>
    <w:multiLevelType w:val="hybridMultilevel"/>
    <w:tmpl w:val="48347B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054878">
    <w:abstractNumId w:val="8"/>
  </w:num>
  <w:num w:numId="2" w16cid:durableId="380180123">
    <w:abstractNumId w:val="6"/>
  </w:num>
  <w:num w:numId="3" w16cid:durableId="1266501473">
    <w:abstractNumId w:val="5"/>
  </w:num>
  <w:num w:numId="4" w16cid:durableId="315766729">
    <w:abstractNumId w:val="4"/>
  </w:num>
  <w:num w:numId="5" w16cid:durableId="230122623">
    <w:abstractNumId w:val="7"/>
  </w:num>
  <w:num w:numId="6" w16cid:durableId="2071463403">
    <w:abstractNumId w:val="3"/>
  </w:num>
  <w:num w:numId="7" w16cid:durableId="1412891833">
    <w:abstractNumId w:val="2"/>
  </w:num>
  <w:num w:numId="8" w16cid:durableId="2133354076">
    <w:abstractNumId w:val="1"/>
  </w:num>
  <w:num w:numId="9" w16cid:durableId="941378148">
    <w:abstractNumId w:val="0"/>
  </w:num>
  <w:num w:numId="10" w16cid:durableId="1933395740">
    <w:abstractNumId w:val="21"/>
  </w:num>
  <w:num w:numId="11" w16cid:durableId="1165583857">
    <w:abstractNumId w:val="12"/>
  </w:num>
  <w:num w:numId="12" w16cid:durableId="1209873871">
    <w:abstractNumId w:val="10"/>
  </w:num>
  <w:num w:numId="13" w16cid:durableId="1608732009">
    <w:abstractNumId w:val="9"/>
  </w:num>
  <w:num w:numId="14" w16cid:durableId="317804447">
    <w:abstractNumId w:val="16"/>
  </w:num>
  <w:num w:numId="15" w16cid:durableId="872225879">
    <w:abstractNumId w:val="23"/>
  </w:num>
  <w:num w:numId="16" w16cid:durableId="791942565">
    <w:abstractNumId w:val="14"/>
  </w:num>
  <w:num w:numId="17" w16cid:durableId="798643777">
    <w:abstractNumId w:val="19"/>
  </w:num>
  <w:num w:numId="18" w16cid:durableId="707680232">
    <w:abstractNumId w:val="18"/>
  </w:num>
  <w:num w:numId="19" w16cid:durableId="282924795">
    <w:abstractNumId w:val="20"/>
  </w:num>
  <w:num w:numId="20" w16cid:durableId="2036228332">
    <w:abstractNumId w:val="13"/>
  </w:num>
  <w:num w:numId="21" w16cid:durableId="1587033271">
    <w:abstractNumId w:val="15"/>
  </w:num>
  <w:num w:numId="22" w16cid:durableId="1283459263">
    <w:abstractNumId w:val="17"/>
  </w:num>
  <w:num w:numId="23" w16cid:durableId="673072068">
    <w:abstractNumId w:val="11"/>
  </w:num>
  <w:num w:numId="24" w16cid:durableId="205149019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E22"/>
    <w:rsid w:val="0015074B"/>
    <w:rsid w:val="0029639D"/>
    <w:rsid w:val="00326F90"/>
    <w:rsid w:val="00580B35"/>
    <w:rsid w:val="00591D25"/>
    <w:rsid w:val="005E15DB"/>
    <w:rsid w:val="00607B69"/>
    <w:rsid w:val="00616633"/>
    <w:rsid w:val="00683C63"/>
    <w:rsid w:val="0074486C"/>
    <w:rsid w:val="00756276"/>
    <w:rsid w:val="007C5E03"/>
    <w:rsid w:val="008370B1"/>
    <w:rsid w:val="00860044"/>
    <w:rsid w:val="009E187B"/>
    <w:rsid w:val="00AA1D8D"/>
    <w:rsid w:val="00AC6913"/>
    <w:rsid w:val="00B47730"/>
    <w:rsid w:val="00C26CB9"/>
    <w:rsid w:val="00CB0664"/>
    <w:rsid w:val="00CF22A2"/>
    <w:rsid w:val="00D3256E"/>
    <w:rsid w:val="00D33FC7"/>
    <w:rsid w:val="00F46288"/>
    <w:rsid w:val="00F7153B"/>
    <w:rsid w:val="00FC1E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B9758E"/>
  <w14:defaultImageDpi w14:val="300"/>
  <w15:docId w15:val="{231A5E10-49A4-CB48-B603-F763DC29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Pages>
  <Words>832</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Emma Kerr Muir</cp:lastModifiedBy>
  <cp:revision>5</cp:revision>
  <cp:lastPrinted>2026-10-09T15:14:00Z</cp:lastPrinted>
  <dcterms:created xsi:type="dcterms:W3CDTF">2026-10-02T16:24:00Z</dcterms:created>
  <dcterms:modified xsi:type="dcterms:W3CDTF">2026-10-09T15:16:00Z</dcterms:modified>
  <cp:category/>
</cp:coreProperties>
</file>